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D9D8F" w14:textId="77777777" w:rsidR="0055719D" w:rsidRDefault="00AF778E">
      <w:pPr>
        <w:pStyle w:val="Nadpis1"/>
      </w:pPr>
      <w:r>
        <w:t>INFORMOVANÝ SÚHLAS A SPLNOMOCNENIE</w:t>
      </w:r>
    </w:p>
    <w:p w14:paraId="4E723BE2" w14:textId="77777777" w:rsidR="0055719D" w:rsidRDefault="00AF778E">
      <w:r>
        <w:t>Ja, dolupodpísaný/á</w:t>
      </w:r>
    </w:p>
    <w:p w14:paraId="0F702B24" w14:textId="77777777" w:rsidR="0055719D" w:rsidRDefault="00AF778E">
      <w:r>
        <w:t>Meno a priezvisko rodiča (zákonného zástupcu): ..............................................</w:t>
      </w:r>
    </w:p>
    <w:p w14:paraId="5D33B5FB" w14:textId="77777777" w:rsidR="0055719D" w:rsidRDefault="00AF778E">
      <w:r>
        <w:t>Adresa trvalého bydliska: ....................................................................................</w:t>
      </w:r>
    </w:p>
    <w:p w14:paraId="23D936FA" w14:textId="77777777" w:rsidR="0055719D" w:rsidRDefault="00AF778E">
      <w:r>
        <w:t>Telefónny kontakt: .................................................................................................</w:t>
      </w:r>
    </w:p>
    <w:p w14:paraId="5F1ED1A9" w14:textId="77777777" w:rsidR="0055719D" w:rsidRDefault="00AF778E">
      <w:r>
        <w:t>ako zákonný zástupca dieťaťa</w:t>
      </w:r>
    </w:p>
    <w:p w14:paraId="3C5E2D1E" w14:textId="77777777" w:rsidR="0055719D" w:rsidRDefault="00AF778E">
      <w:r>
        <w:t>Meno a priezvisko dieťaťa: ....................................................................................</w:t>
      </w:r>
    </w:p>
    <w:p w14:paraId="03F5A0E2" w14:textId="77777777" w:rsidR="0055719D" w:rsidRDefault="00AF778E">
      <w:r>
        <w:t>Dátum narodenia dieťaťa: ....................................................................................</w:t>
      </w:r>
    </w:p>
    <w:p w14:paraId="0129AE6F" w14:textId="77777777" w:rsidR="0055719D" w:rsidRDefault="00AF778E">
      <w:r>
        <w:t>Trieda/škola: ........................................................................................................</w:t>
      </w:r>
    </w:p>
    <w:p w14:paraId="371591DF" w14:textId="77777777" w:rsidR="0055719D" w:rsidRDefault="00AF778E">
      <w:proofErr w:type="spellStart"/>
      <w:r>
        <w:t>týmto</w:t>
      </w:r>
      <w:proofErr w:type="spellEnd"/>
      <w:r>
        <w:t xml:space="preserve"> </w:t>
      </w:r>
      <w:proofErr w:type="spellStart"/>
      <w:r>
        <w:t>udeľujem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a </w:t>
      </w:r>
      <w:proofErr w:type="spellStart"/>
      <w:r>
        <w:t>splnomocňujem</w:t>
      </w:r>
      <w:proofErr w:type="spellEnd"/>
      <w:r>
        <w:t xml:space="preserve"> </w:t>
      </w:r>
      <w:proofErr w:type="spellStart"/>
      <w:r w:rsidR="004B5DBC">
        <w:t>organizáciu</w:t>
      </w:r>
      <w:proofErr w:type="spellEnd"/>
      <w:r>
        <w:t>:</w:t>
      </w:r>
    </w:p>
    <w:p w14:paraId="5189DEAB" w14:textId="77777777" w:rsidR="0055719D" w:rsidRDefault="00A4729F">
      <w:proofErr w:type="spellStart"/>
      <w:r>
        <w:t>Petržalka</w:t>
      </w:r>
      <w:proofErr w:type="spellEnd"/>
      <w:r>
        <w:t xml:space="preserve"> </w:t>
      </w:r>
      <w:proofErr w:type="spellStart"/>
      <w:r>
        <w:t>športuje</w:t>
      </w:r>
      <w:proofErr w:type="spellEnd"/>
      <w:r w:rsidR="008B716C">
        <w:t xml:space="preserve"> </w:t>
      </w:r>
      <w:proofErr w:type="spellStart"/>
      <w:r w:rsidR="004B5DBC">
        <w:t>n.o.</w:t>
      </w:r>
      <w:proofErr w:type="spellEnd"/>
    </w:p>
    <w:p w14:paraId="31303671" w14:textId="77777777" w:rsidR="0055719D" w:rsidRDefault="00AF778E">
      <w:r>
        <w:t xml:space="preserve">aby </w:t>
      </w:r>
      <w:proofErr w:type="spellStart"/>
      <w:r>
        <w:t>bol</w:t>
      </w:r>
      <w:r w:rsidR="004B5DBC">
        <w:t>i</w:t>
      </w:r>
      <w:proofErr w:type="spellEnd"/>
      <w:r>
        <w:t xml:space="preserve"> </w:t>
      </w:r>
      <w:proofErr w:type="spellStart"/>
      <w:r>
        <w:t>oprávnený</w:t>
      </w:r>
      <w:proofErr w:type="spellEnd"/>
      <w:r>
        <w:t xml:space="preserve"> </w:t>
      </w:r>
      <w:proofErr w:type="spellStart"/>
      <w:r>
        <w:t>vyzdvihnúť</w:t>
      </w:r>
      <w:proofErr w:type="spellEnd"/>
      <w:r>
        <w:t xml:space="preserve"> </w:t>
      </w:r>
      <w:proofErr w:type="spellStart"/>
      <w:r>
        <w:t>moje</w:t>
      </w:r>
      <w:proofErr w:type="spellEnd"/>
      <w:r>
        <w:t xml:space="preserve"> </w:t>
      </w:r>
      <w:proofErr w:type="spellStart"/>
      <w:r>
        <w:t>dieťa</w:t>
      </w:r>
      <w:proofErr w:type="spellEnd"/>
      <w:r>
        <w:t xml:space="preserve"> zo </w:t>
      </w:r>
      <w:proofErr w:type="spellStart"/>
      <w:r>
        <w:t>škol</w:t>
      </w:r>
      <w:r w:rsidR="004B5DBC">
        <w:t>ského</w:t>
      </w:r>
      <w:proofErr w:type="spellEnd"/>
      <w:r w:rsidR="004B5DBC">
        <w:t xml:space="preserve"> </w:t>
      </w:r>
      <w:proofErr w:type="spellStart"/>
      <w:r w:rsidR="004B5DBC">
        <w:t>zariadenia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odviesť</w:t>
      </w:r>
      <w:proofErr w:type="spellEnd"/>
      <w:r>
        <w:t xml:space="preserve"> ho </w:t>
      </w:r>
      <w:proofErr w:type="spellStart"/>
      <w:r>
        <w:t>na</w:t>
      </w:r>
      <w:proofErr w:type="spellEnd"/>
      <w:r>
        <w:t xml:space="preserve"> </w:t>
      </w:r>
      <w:proofErr w:type="spellStart"/>
      <w:r>
        <w:t>športový</w:t>
      </w:r>
      <w:proofErr w:type="spellEnd"/>
      <w:r>
        <w:t xml:space="preserve"> tréning v rámci činnosti </w:t>
      </w:r>
      <w:r w:rsidR="0022213B">
        <w:t>organizácie</w:t>
      </w:r>
      <w:r>
        <w:t>.</w:t>
      </w:r>
    </w:p>
    <w:p w14:paraId="21A54B3E" w14:textId="22FCB75E" w:rsidR="0055719D" w:rsidRDefault="00AF778E">
      <w:proofErr w:type="spellStart"/>
      <w:r>
        <w:t>Tento</w:t>
      </w:r>
      <w:proofErr w:type="spellEnd"/>
      <w:r>
        <w:t xml:space="preserve"> </w:t>
      </w:r>
      <w:proofErr w:type="spellStart"/>
      <w:r>
        <w:t>súhlas</w:t>
      </w:r>
      <w:proofErr w:type="spellEnd"/>
      <w:r>
        <w:t xml:space="preserve"> </w:t>
      </w:r>
      <w:proofErr w:type="spellStart"/>
      <w:r>
        <w:t>platí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obdobie</w:t>
      </w:r>
      <w:proofErr w:type="spellEnd"/>
      <w:r>
        <w:t xml:space="preserve"> od </w:t>
      </w:r>
      <w:r w:rsidR="008B716C">
        <w:t>1.</w:t>
      </w:r>
      <w:r w:rsidR="006F7C65">
        <w:t>9</w:t>
      </w:r>
      <w:r w:rsidR="008B716C">
        <w:t>.202</w:t>
      </w:r>
      <w:r w:rsidR="00A4729F">
        <w:t>6</w:t>
      </w:r>
      <w:r>
        <w:t xml:space="preserve"> do </w:t>
      </w:r>
      <w:r w:rsidR="006F7C65">
        <w:t>30</w:t>
      </w:r>
      <w:r w:rsidR="008B716C">
        <w:t>.6.202</w:t>
      </w:r>
      <w:r w:rsidR="006F7C65">
        <w:t>7</w:t>
      </w:r>
    </w:p>
    <w:p w14:paraId="5D445A38" w14:textId="77777777" w:rsidR="0055719D" w:rsidRDefault="00AF778E">
      <w:r>
        <w:t xml:space="preserve">Vyhlasujem, že </w:t>
      </w:r>
      <w:proofErr w:type="spellStart"/>
      <w:r>
        <w:t>som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vedomý</w:t>
      </w:r>
      <w:proofErr w:type="spellEnd"/>
      <w:r>
        <w:t xml:space="preserve">/á, </w:t>
      </w:r>
      <w:proofErr w:type="spellStart"/>
      <w:r>
        <w:t>že</w:t>
      </w:r>
      <w:proofErr w:type="spellEnd"/>
      <w:r>
        <w:t xml:space="preserve"> za </w:t>
      </w:r>
      <w:proofErr w:type="spellStart"/>
      <w:r>
        <w:t>bezpečnosť</w:t>
      </w:r>
      <w:proofErr w:type="spellEnd"/>
      <w:r>
        <w:t xml:space="preserve"> </w:t>
      </w:r>
      <w:proofErr w:type="spellStart"/>
      <w:r>
        <w:t>dieťaťa</w:t>
      </w:r>
      <w:proofErr w:type="spellEnd"/>
      <w:r>
        <w:t xml:space="preserve"> po </w:t>
      </w:r>
      <w:proofErr w:type="spellStart"/>
      <w:r>
        <w:t>prevzatí</w:t>
      </w:r>
      <w:proofErr w:type="spellEnd"/>
      <w:r>
        <w:t xml:space="preserve"> </w:t>
      </w:r>
      <w:proofErr w:type="spellStart"/>
      <w:r w:rsidR="00A4729F">
        <w:t>na</w:t>
      </w:r>
      <w:proofErr w:type="spellEnd"/>
      <w:r w:rsidR="00A4729F">
        <w:t xml:space="preserve"> </w:t>
      </w:r>
      <w:proofErr w:type="spellStart"/>
      <w:r w:rsidR="00A4729F">
        <w:t>špotový</w:t>
      </w:r>
      <w:proofErr w:type="spellEnd"/>
      <w:r w:rsidR="00A4729F">
        <w:t xml:space="preserve"> </w:t>
      </w:r>
      <w:proofErr w:type="spellStart"/>
      <w:proofErr w:type="gramStart"/>
      <w:r w:rsidR="00A4729F">
        <w:t>tréning</w:t>
      </w:r>
      <w:proofErr w:type="spellEnd"/>
      <w:r w:rsidR="00A4729F">
        <w:t xml:space="preserve"> </w:t>
      </w:r>
      <w:r>
        <w:t xml:space="preserve"> </w:t>
      </w:r>
      <w:proofErr w:type="spellStart"/>
      <w:r>
        <w:t>zodpovedá</w:t>
      </w:r>
      <w:proofErr w:type="spellEnd"/>
      <w:proofErr w:type="gramEnd"/>
      <w:r>
        <w:t xml:space="preserve"> </w:t>
      </w:r>
      <w:proofErr w:type="spellStart"/>
      <w:r>
        <w:t>vyššie</w:t>
      </w:r>
      <w:proofErr w:type="spellEnd"/>
      <w:r>
        <w:t xml:space="preserve"> </w:t>
      </w:r>
      <w:proofErr w:type="spellStart"/>
      <w:r w:rsidR="004B5DBC">
        <w:t>uvedená</w:t>
      </w:r>
      <w:proofErr w:type="spellEnd"/>
      <w:r w:rsidR="004B5DBC">
        <w:t xml:space="preserve"> </w:t>
      </w:r>
      <w:proofErr w:type="spellStart"/>
      <w:r w:rsidR="004B5DBC">
        <w:t>organizácia</w:t>
      </w:r>
      <w:proofErr w:type="spellEnd"/>
      <w:r w:rsidR="004B5DBC">
        <w:t xml:space="preserve">. </w:t>
      </w:r>
    </w:p>
    <w:p w14:paraId="2246083D" w14:textId="77777777" w:rsidR="0055719D" w:rsidRDefault="00AF778E">
      <w:r>
        <w:br/>
        <w:t xml:space="preserve">V </w:t>
      </w:r>
      <w:proofErr w:type="spellStart"/>
      <w:r w:rsidR="008B716C">
        <w:t>Bratislave</w:t>
      </w:r>
      <w:proofErr w:type="spellEnd"/>
      <w:r w:rsidR="008B716C">
        <w:t xml:space="preserve"> </w:t>
      </w:r>
      <w:proofErr w:type="spellStart"/>
      <w:r>
        <w:t>dňa</w:t>
      </w:r>
      <w:proofErr w:type="spellEnd"/>
      <w:r>
        <w:t xml:space="preserve"> ..............................</w:t>
      </w:r>
      <w:r>
        <w:br/>
      </w:r>
      <w:r>
        <w:br/>
        <w:t>..............................................................</w:t>
      </w:r>
      <w:r>
        <w:br/>
        <w:t>Podpis rodiča (zákonného zástupcu)</w:t>
      </w:r>
    </w:p>
    <w:sectPr w:rsidR="0055719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zo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zo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Zo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Zo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11033811">
    <w:abstractNumId w:val="8"/>
  </w:num>
  <w:num w:numId="2" w16cid:durableId="505245944">
    <w:abstractNumId w:val="6"/>
  </w:num>
  <w:num w:numId="3" w16cid:durableId="328408224">
    <w:abstractNumId w:val="5"/>
  </w:num>
  <w:num w:numId="4" w16cid:durableId="99837059">
    <w:abstractNumId w:val="4"/>
  </w:num>
  <w:num w:numId="5" w16cid:durableId="37242256">
    <w:abstractNumId w:val="7"/>
  </w:num>
  <w:num w:numId="6" w16cid:durableId="536160321">
    <w:abstractNumId w:val="3"/>
  </w:num>
  <w:num w:numId="7" w16cid:durableId="206111431">
    <w:abstractNumId w:val="2"/>
  </w:num>
  <w:num w:numId="8" w16cid:durableId="1725325071">
    <w:abstractNumId w:val="1"/>
  </w:num>
  <w:num w:numId="9" w16cid:durableId="84306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349CA"/>
    <w:rsid w:val="0006063C"/>
    <w:rsid w:val="0015074B"/>
    <w:rsid w:val="0022213B"/>
    <w:rsid w:val="0029639D"/>
    <w:rsid w:val="00326F90"/>
    <w:rsid w:val="004A27A3"/>
    <w:rsid w:val="004B5DBC"/>
    <w:rsid w:val="0055719D"/>
    <w:rsid w:val="006F7C65"/>
    <w:rsid w:val="008B716C"/>
    <w:rsid w:val="008D01C4"/>
    <w:rsid w:val="009C5302"/>
    <w:rsid w:val="00A4729F"/>
    <w:rsid w:val="00AA1D8D"/>
    <w:rsid w:val="00AF778E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241B43"/>
  <w14:defaultImageDpi w14:val="300"/>
  <w15:docId w15:val="{21DE77FC-0763-4487-A1F6-7F50A398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693F"/>
  </w:style>
  <w:style w:type="paragraph" w:styleId="Nadpis1">
    <w:name w:val="heading 1"/>
    <w:basedOn w:val="Normlny"/>
    <w:next w:val="Normlny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618BF"/>
  </w:style>
  <w:style w:type="paragraph" w:styleId="Pta">
    <w:name w:val="footer"/>
    <w:basedOn w:val="Normlny"/>
    <w:link w:val="Pta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618BF"/>
  </w:style>
  <w:style w:type="paragraph" w:styleId="Bezriadkovania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Predvolenpsmoodseku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ov">
    <w:name w:val="Title"/>
    <w:basedOn w:val="Normlny"/>
    <w:next w:val="Normlny"/>
    <w:link w:val="Nz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ekzoznamu">
    <w:name w:val="List Paragraph"/>
    <w:basedOn w:val="Normlny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A1D8D"/>
  </w:style>
  <w:style w:type="paragraph" w:styleId="Zkladntext2">
    <w:name w:val="Body Text 2"/>
    <w:basedOn w:val="Normlny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AA1D8D"/>
  </w:style>
  <w:style w:type="paragraph" w:styleId="Zkladntext3">
    <w:name w:val="Body Text 3"/>
    <w:basedOn w:val="Normlny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A1D8D"/>
    <w:rPr>
      <w:sz w:val="16"/>
      <w:szCs w:val="16"/>
    </w:rPr>
  </w:style>
  <w:style w:type="paragraph" w:styleId="Zoznam">
    <w:name w:val="List"/>
    <w:basedOn w:val="Normlny"/>
    <w:uiPriority w:val="99"/>
    <w:unhideWhenUsed/>
    <w:rsid w:val="00AA1D8D"/>
    <w:pPr>
      <w:ind w:left="360" w:hanging="360"/>
      <w:contextualSpacing/>
    </w:pPr>
  </w:style>
  <w:style w:type="paragraph" w:styleId="Zoznam2">
    <w:name w:val="List 2"/>
    <w:basedOn w:val="Normlny"/>
    <w:uiPriority w:val="99"/>
    <w:unhideWhenUsed/>
    <w:rsid w:val="00326F90"/>
    <w:pPr>
      <w:ind w:left="720" w:hanging="360"/>
      <w:contextualSpacing/>
    </w:pPr>
  </w:style>
  <w:style w:type="paragraph" w:styleId="Zoznam3">
    <w:name w:val="List 3"/>
    <w:basedOn w:val="Normlny"/>
    <w:uiPriority w:val="99"/>
    <w:unhideWhenUsed/>
    <w:rsid w:val="00326F90"/>
    <w:pPr>
      <w:ind w:left="1080" w:hanging="360"/>
      <w:contextualSpacing/>
    </w:pPr>
  </w:style>
  <w:style w:type="paragraph" w:styleId="Zoznamsodrkami">
    <w:name w:val="List Bullet"/>
    <w:basedOn w:val="Normlny"/>
    <w:uiPriority w:val="99"/>
    <w:unhideWhenUsed/>
    <w:rsid w:val="00326F90"/>
    <w:pPr>
      <w:numPr>
        <w:numId w:val="1"/>
      </w:numPr>
      <w:contextualSpacing/>
    </w:pPr>
  </w:style>
  <w:style w:type="paragraph" w:styleId="Zoznamsodrkami2">
    <w:name w:val="List Bullet 2"/>
    <w:basedOn w:val="Normlny"/>
    <w:uiPriority w:val="99"/>
    <w:unhideWhenUsed/>
    <w:rsid w:val="00326F90"/>
    <w:pPr>
      <w:numPr>
        <w:numId w:val="2"/>
      </w:numPr>
      <w:contextualSpacing/>
    </w:pPr>
  </w:style>
  <w:style w:type="paragraph" w:styleId="Zoznamsodrkami3">
    <w:name w:val="List Bullet 3"/>
    <w:basedOn w:val="Normlny"/>
    <w:uiPriority w:val="99"/>
    <w:unhideWhenUsed/>
    <w:rsid w:val="00326F90"/>
    <w:pPr>
      <w:numPr>
        <w:numId w:val="3"/>
      </w:numPr>
      <w:contextualSpacing/>
    </w:pPr>
  </w:style>
  <w:style w:type="paragraph" w:styleId="slovanzoznam">
    <w:name w:val="List Number"/>
    <w:basedOn w:val="Normlny"/>
    <w:uiPriority w:val="99"/>
    <w:unhideWhenUsed/>
    <w:rsid w:val="00326F90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unhideWhenUsed/>
    <w:rsid w:val="0029639D"/>
    <w:pPr>
      <w:numPr>
        <w:numId w:val="6"/>
      </w:numPr>
      <w:contextualSpacing/>
    </w:pPr>
  </w:style>
  <w:style w:type="paragraph" w:styleId="slovanzoznam3">
    <w:name w:val="List Number 3"/>
    <w:basedOn w:val="Normlny"/>
    <w:uiPriority w:val="99"/>
    <w:unhideWhenUsed/>
    <w:rsid w:val="0029639D"/>
    <w:pPr>
      <w:numPr>
        <w:numId w:val="7"/>
      </w:numPr>
      <w:contextualSpacing/>
    </w:pPr>
  </w:style>
  <w:style w:type="paragraph" w:styleId="Pokraovaniezoznamu">
    <w:name w:val="List Continue"/>
    <w:basedOn w:val="Normlny"/>
    <w:uiPriority w:val="99"/>
    <w:unhideWhenUsed/>
    <w:rsid w:val="0029639D"/>
    <w:pPr>
      <w:spacing w:after="120"/>
      <w:ind w:left="360"/>
      <w:contextualSpacing/>
    </w:pPr>
  </w:style>
  <w:style w:type="paragraph" w:styleId="Pokraovaniezoznamu2">
    <w:name w:val="List Continue 2"/>
    <w:basedOn w:val="Normlny"/>
    <w:uiPriority w:val="99"/>
    <w:unhideWhenUsed/>
    <w:rsid w:val="0029639D"/>
    <w:pPr>
      <w:spacing w:after="120"/>
      <w:ind w:left="720"/>
      <w:contextualSpacing/>
    </w:pPr>
  </w:style>
  <w:style w:type="paragraph" w:styleId="Pokraovaniezoznamu3">
    <w:name w:val="List Continue 3"/>
    <w:basedOn w:val="Normlny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Predvolenpsmoodseku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FC693F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Vrazn">
    <w:name w:val="Strong"/>
    <w:basedOn w:val="Predvolenpsmoodseku"/>
    <w:uiPriority w:val="22"/>
    <w:qFormat/>
    <w:rsid w:val="00FC693F"/>
    <w:rPr>
      <w:b/>
      <w:bCs/>
    </w:rPr>
  </w:style>
  <w:style w:type="character" w:styleId="Zvraznenie">
    <w:name w:val="Emphasis"/>
    <w:basedOn w:val="Predvolenpsmoodseku"/>
    <w:uiPriority w:val="20"/>
    <w:qFormat/>
    <w:rsid w:val="00FC693F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C693F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C693F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C693F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C693F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C693F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C693F"/>
    <w:pPr>
      <w:outlineLvl w:val="9"/>
    </w:pPr>
  </w:style>
  <w:style w:type="table" w:styleId="Mriekatabuky">
    <w:name w:val="Table Grid"/>
    <w:basedOn w:val="Normlnatabu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lpodfarbenie">
    <w:name w:val="Light Shading"/>
    <w:basedOn w:val="Normlnatabu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etlpodfarbeniezvraznenie1">
    <w:name w:val="Light Shading Accent 1"/>
    <w:basedOn w:val="Normlnatabu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etlpodfarbeniezvraznenie2">
    <w:name w:val="Light Shading Accent 2"/>
    <w:basedOn w:val="Normlnatabu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etlpodfarbeniezvraznenie3">
    <w:name w:val="Light Shading Accent 3"/>
    <w:basedOn w:val="Normlnatabu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etlpodfarbeniezvraznenie4">
    <w:name w:val="Light Shading Accent 4"/>
    <w:basedOn w:val="Normlnatabu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etlpodfarbeniezvraznenie5">
    <w:name w:val="Light Shading Accent 5"/>
    <w:basedOn w:val="Normlnatabu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etlpodfarbeniezvraznenie6">
    <w:name w:val="Light Shading Accent 6"/>
    <w:basedOn w:val="Normlnatabu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etlzoznam">
    <w:name w:val="Light List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1">
    <w:name w:val="Light List Accent 1"/>
    <w:basedOn w:val="Normlnatabu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etlzoznamzvraznenie2">
    <w:name w:val="Light List Accent 2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etlzoznamzvraznenie3">
    <w:name w:val="Light List Accent 3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etlzoznamzvraznenie4">
    <w:name w:val="Light List Accent 4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etlzoznamzvraznenie5">
    <w:name w:val="Light List Accent 5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etlzoznamzvraznenie6">
    <w:name w:val="Light List Accent 6"/>
    <w:basedOn w:val="Normlnatabu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etlmrieka">
    <w:name w:val="Light Grid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etlmriekazvraznenie1">
    <w:name w:val="Light Grid Accent 1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etlmriekazvraznenie2">
    <w:name w:val="Light Grid Accent 2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etlmriekazvraznenie3">
    <w:name w:val="Light Grid Accent 3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etlmriekazvraznenie4">
    <w:name w:val="Light Grid Accent 4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etlmriekazvraznenie5">
    <w:name w:val="Light Grid Accent 5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etlmriekazvraznenie6">
    <w:name w:val="Light Grid Accent 6"/>
    <w:basedOn w:val="Normlnatabu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rednpodfarbenie1">
    <w:name w:val="Medium Shading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1">
    <w:name w:val="Medium Shading 1 Accent 1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2">
    <w:name w:val="Medium Shading 1 Accent 2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3">
    <w:name w:val="Medium Shading 1 Accent 3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4">
    <w:name w:val="Medium Shading 1 Accent 4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1zvraznenie5">
    <w:name w:val="Medium Shading 1 Accent 5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Farebnpodfarbenie1zvraznenie6">
    <w:name w:val="Medium Shading 1 Accent 6"/>
    <w:basedOn w:val="Normlnatabu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">
    <w:name w:val="Medium Shading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1">
    <w:name w:val="Medium Shading 2 Accent 1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2">
    <w:name w:val="Medium Shading 2 Accent 2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4">
    <w:name w:val="Medium Shading 2 Accent 4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podfarbenie2zvraznenie5">
    <w:name w:val="Medium Shading 2 Accent 5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Farebnpodfarbenie2zvraznenie6">
    <w:name w:val="Medium Shading 2 Accent 6"/>
    <w:basedOn w:val="Normlnatabu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rednzoznam1">
    <w:name w:val="Medium Lis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rednzoznam1zvraznenie1">
    <w:name w:val="Medium List 1 Accent 1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rednzoznam1zvraznenie2">
    <w:name w:val="Medium List 1 Accent 2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rednzoznam1zvraznenie3">
    <w:name w:val="Medium List 1 Accent 3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rednzoznam1zvraznenie4">
    <w:name w:val="Medium List 1 Accent 4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rednzoznam1zvraznenie5">
    <w:name w:val="Medium List 1 Accent 5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rednzoznam1zvraznenie6">
    <w:name w:val="Medium List 1 Accent 6"/>
    <w:basedOn w:val="Normlnatabu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rednzoznam2">
    <w:name w:val="Medium Lis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1">
    <w:name w:val="Medium List 2 Accent 1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2">
    <w:name w:val="Medium List 2 Accent 2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3">
    <w:name w:val="Medium List 2 Accent 3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4">
    <w:name w:val="Medium List 2 Accent 4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5">
    <w:name w:val="Medium List 2 Accent 5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zoznam2zvraznenie6">
    <w:name w:val="Medium List 2 Accent 6"/>
    <w:basedOn w:val="Normlnatabu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rednmrieka1">
    <w:name w:val="Medium Grid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rednmrieka1zvraznenie1">
    <w:name w:val="Medium Grid 1 Accent 1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rednmrieka1zvraznenie2">
    <w:name w:val="Medium Grid 1 Accent 2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rednmrieka1zvraznenie3">
    <w:name w:val="Medium Grid 1 Accent 3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rednmrieka1zvraznenie4">
    <w:name w:val="Medium Grid 1 Accent 4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rednmrieka1zvraznenie5">
    <w:name w:val="Medium Grid 1 Accent 5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rednmrieka1zvraznenie6">
    <w:name w:val="Medium Grid 1 Accent 6"/>
    <w:basedOn w:val="Normlnatabu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rednmrieka2">
    <w:name w:val="Medium Grid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1">
    <w:name w:val="Medium Grid 2 Accent 1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2">
    <w:name w:val="Medium Grid 2 Accent 2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3">
    <w:name w:val="Medium Grid 2 Accent 3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4">
    <w:name w:val="Medium Grid 2 Accent 4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5">
    <w:name w:val="Medium Grid 2 Accent 5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2zvraznenie6">
    <w:name w:val="Medium Grid 2 Accent 6"/>
    <w:basedOn w:val="Normlnatabu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rednmrieka3">
    <w:name w:val="Medium Grid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rednmrieka3zvraznenie1">
    <w:name w:val="Medium Grid 3 Accent 1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rednmrieka3zvraznenie2">
    <w:name w:val="Medium Grid 3 Accent 2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rednmrieka3zvraznenie3">
    <w:name w:val="Medium Grid 3 Accent 3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rednmrieka3zvraznenie4">
    <w:name w:val="Medium Grid 3 Accent 4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rednmrieka3zvraznenie5">
    <w:name w:val="Medium Grid 3 Accent 5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rednmrieka3zvraznenie6">
    <w:name w:val="Medium Grid 3 Accent 6"/>
    <w:basedOn w:val="Normlnatabu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zoznam">
    <w:name w:val="Dark List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zoznamzvraznenie1">
    <w:name w:val="Dark List Accent 1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zoznamzvraznenie2">
    <w:name w:val="Dark List Accent 2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zoznamzvraznenie3">
    <w:name w:val="Dark List Accent 3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zoznamzvraznenie4">
    <w:name w:val="Dark List Accent 4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zoznamzvraznenie5">
    <w:name w:val="Dark List Accent 5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zoznamzvraznenie6">
    <w:name w:val="Dark List Accent 6"/>
    <w:basedOn w:val="Normlnatabu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ebnpodfarbenie">
    <w:name w:val="Colorful Shading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1">
    <w:name w:val="Colorful Shading Accent 1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2">
    <w:name w:val="Colorful Shading Accent 2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3">
    <w:name w:val="Colorful Shading Accent 3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podfarbeniezvraznenie4">
    <w:name w:val="Colorful Shading Accent 4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5">
    <w:name w:val="Colorful Shading Accent 5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podfarbeniezvraznenie6">
    <w:name w:val="Colorful Shading Accent 6"/>
    <w:basedOn w:val="Normlnatabu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ebnzoznam">
    <w:name w:val="Colorful List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ebnzoznamzvraznenie1">
    <w:name w:val="Colorful List Accent 1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ebnzoznamzvraznenie2">
    <w:name w:val="Colorful List Accent 2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ebnzoznamzvraznenie3">
    <w:name w:val="Colorful List Accent 3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ebnzoznamzvraznenie4">
    <w:name w:val="Colorful List Accent 4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ebnzoznamzvraznenie5">
    <w:name w:val="Colorful List Accent 5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ebnzoznamzvraznenie6">
    <w:name w:val="Colorful List Accent 6"/>
    <w:basedOn w:val="Normlnatabu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ebnmrieka">
    <w:name w:val="Colorful Grid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ebnmriekazvraznenie1">
    <w:name w:val="Colorful Grid Accent 1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ebnmriekazvraznenie2">
    <w:name w:val="Colorful Grid Accent 2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ebnmriekazvraznenie3">
    <w:name w:val="Colorful Grid Accent 3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ebnmriekazvraznenie4">
    <w:name w:val="Colorful Grid Accent 4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ebnmriekazvraznenie5">
    <w:name w:val="Colorful Grid Accent 5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ebnmriekazvraznenie6">
    <w:name w:val="Colorful Grid Accent 6"/>
    <w:basedOn w:val="Normlnatabu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57138F-72CC-495A-A5C3-929EBFF88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Derka Sebastián</cp:lastModifiedBy>
  <cp:revision>3</cp:revision>
  <dcterms:created xsi:type="dcterms:W3CDTF">2026-01-27T12:51:00Z</dcterms:created>
  <dcterms:modified xsi:type="dcterms:W3CDTF">2026-07-29T07:05:00Z</dcterms:modified>
  <cp:category/>
</cp:coreProperties>
</file>